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📚 מאגר טקסטים לכיתה ט׳ – הבנת הנקרא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מאגר טקסטים לכיתה ט׳ – הבנת הנקרא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סוגי הטקסטים והנושאים שבמאגר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שיוך של כותרת לנושא ולסוג 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להתמצא בדרך העבודה עם המאגר (מסלולים, שלבים, הדפסה)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סוג טקסט ונושא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סיפור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סביבה וצרכנות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טקסט מידעי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עתיד ובחירות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ראיון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שלושים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מצוין בעמוד הראשי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יש שאלות בשלוש רמות קושי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הנושא חוזר בכמה טקסטים שונים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מצוין בעמוד הראשי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נפש ורגש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זהות ותרבות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שאלות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כותרת לנושא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(טכנולוגיה ורשת)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(זהות ותרבות)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(סביבה וצרכנות)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(חברה ומעורבות)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(עתיד ובחירות)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העבודה עם המאגר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לבחור מסלול קריאה מתאים (רגיל, חנ"מ או עולים)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לבחור טקסט מתוך הרשימה לפי סוג או 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לקרוא את הטקסט ואת המילון המצורף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לענות על שאלות ההבנה בשלוש הרמות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להדפיס דף תרגול על הטקסט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להשוות סוג טקסט ונושא, ולציין לפחות הבדל אחד ודמיון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ציון שם טקסט קיים מהרשימה ונימוק קצר הקשור לנושא או לסוג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שני סוגים מתוך הרשימה (כתבה, טור דעה, סיפור קצר, ראיון, טקסט מידעי, מדעי, עיוני)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נושא קיים מהרשימה עם נימוק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טור דעה מביע עמדה אישית, טקסט מידעי מוסר 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רשימת שלושים הטקסטים מול התלמידים בזמן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לבחור טקסט לפי תחום עניין אישי בחלק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מסלול חנ"מ מומלץ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📚 מאגר טקסטים לכיתה ט׳ – הבנת הנקרא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מאגר טקסטים לכיתה ט׳ – הבנת הנקרא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במאגר יש שלושים טקסטים מסוגים שונים, מחולקים לנושאים שמעסיקים בני נוער. לכל טקסט יש הקראה, מילון, שאלות ודף תרגול.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סוג טקסט ונושא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סוג טקסט הוא "המדרגות של הקומה השלישית"?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כתבה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סיפור 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ראיון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טור 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באיזה נושא עוסק הטקסט "כדור הארץ מתחמם – ומה אנחנו יכולים לעשות?"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טכנולוגיה ורשת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סביבה וצרכנות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זהות ותרבות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נפש ורגש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"בלשי האמת: איך מזהים ידיעת כזב?" הוא טקסט מסוג...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טקסט מידעי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סיפור 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ראיון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טור 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נושא חוזר בטקסט "לבחור מגמה – לא לבחור גורל"?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סביבה וצרכנות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עתיד ובחירות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נפש ורגש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חברה ומעורבות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"אל תגידו לי שאני גיבורה. תגידו לי שאני טובה" הוא טקסט מסוג...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ראיון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כתבה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טקסט מדעי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טור 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כמה טקסטים יש בכל המאגר?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עשרים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עשרים וחמישה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שלושים וחמישה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במאגר יש שלושה מסלולי קריאה: רגיל, חנ"מ ועולים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טקסט במאגר יש רק שאלה אחת בסוף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הנושא "חברה ומעורבות" מופיע רק פעם אחת בכל המאגר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הטקסטים מחולקים לשלוש חוברות של עשרה טקסטים כל אחת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הטקסט "הכינור בארון" שייך לנושא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המסלול המיועד לתלמידים עולים חדשים נקרא מסלול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הטקסט "חברה לעט מקצה העולם" הוא כתבה בנושא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לכל טקסט במאגר אפשר למצוא הקראה, מילון ו__________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כותרת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איפה נגמר החופש להגיד הכול?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סביבה וצרכנות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ארבעה ימים, שלושים קילומטר, שכבה אחת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חברה ומעורבות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החולצה שעלתה חמישה שקלים – ומי משלם את ההפרש?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עתיד ובחירות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שעות חובה – או שעות של לב?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זהות ותרבות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מכתב לעצמי – לפתוח בעוד עשר שנים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טכנולוגיה ורשת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העבודה עם המאגר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לענות על שאלות ההבנה בשלוש הרמות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לקרוא את הטקסט ואת המילון המצורף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לבחור טקסט מתוך הרשימה לפי סוג או נושא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להדפיס דף תרגול על הטקסט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לבחור מסלול קריאה מתאים (רגיל, חנ"מ או עולים)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שני טקסטים מהמאגר מנושאים שונים, וכתבו במה הם דומים ובמה הם שונים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שם של טקסט אחד מהמאגר שהייתם רוצים לקרוא, ונמקו מדוע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שני סוגי טקסטים שמופיעים במאגר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באיזה נושא הייתם בוחרים לקרוא טקסט היום, ולמה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טור דעה לטקסט מידעי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מאגר טקסטים לכיתה ט׳ – הבנת הנקרא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