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טקסטים לכיתה ט׳ – 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הטקסטים והנושאים שבמאגר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שיוך של כותרת לנושא ולסוג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להתמצא בדרך העבודה עם המאגר (מסלולים, שלבים, הדפסה)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טקסט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סביבה וצרכנות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עתיד ובחירות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בעמוד הראשי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שאלות בשלוש רמות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הנושא חוזר בכמה טקסטים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בעמוד הראשי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נפש ורגש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זהות ותרבות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כותרת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(טכנולוגיה ורשת)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(זהות ותרבות)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(סביבה וצרכנות)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(חברה ומעורבות)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(עתיד ובחירות)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עם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מסלול קריאה מתאים (רגיל, חנ"מ או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טקסט מתוך הרשימה לפי סוג או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לקרוא את הטקסט ואת המילון המצורף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לענות על שאלות ההבנה בשלוש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להדפיס דף תרגול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להשוות סוג טקסט ונושא, ולציין לפחות הבדל אחד ודמיון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שם טקסט קיים מהרשימה ונימוק קצר הקשור לנושא או לסוג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סוגים מתוך הרשימה (כתבה, טור דעה, סיפור קצר, ראיון, טקסט מידעי, מדעי, עיוני)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קיים מהרשימה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טור דעה מביע עמדה אישית, טקסט מידעי מוסר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שלושים הטקסטים מול התלמידים בזמן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טקסט לפי תחום עניין אישי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מסלול חנ"מ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טקסטים לכיתה ט׳ – 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אתר עם שלושים טקסטים לקריאה. לכל טקסט יש סוג ונושא, ואפשר לבחור איך לקרוא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טוב את מה שקוראים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הכותב כותב מה הוא חושב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שנותן מידע עובדתי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עיוני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שבודק רעיון או שאלה לעומק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אדם שנכתבת ומתפרסמת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קריאה שמתאימה לכל 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שעוזרות להבין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טקסט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הסוג של הטקסט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הטקסט הזה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טכנולוגיה 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סביבה וצרכנות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נפש 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סוג הטקסט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הטקסט הזה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סביבה וצרכנות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עתיד ובחירות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נפש 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 ומעורבות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סוג הטקסט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טקסטים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 וחמישה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וחמישה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יש שלושה מסלולי קריאה: רגיל, חנ"מ ועולים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במאגר יש רק שאלה אחת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"חברה ומעורבות" מופיע רק פעם אחת בכל המאגר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הטקסטים מחולקים לשלוש חוברות של עשרה טקסטים כל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"הכינור בארון" שייך לנושא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המסלול המיועד לתלמידים עולים חדשים נקרא מסלול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הטקסט "חברה לעט מקצה העולם" הוא כתבה בנושא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טקסט במאגר אפשר למצוא הקראה, מילון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כותרת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נגמר החופש להגיד הכול?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זהות ותרבות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ארבעה ימים, שלושים קילומטר, שכבה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סביבה וצרכנות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החולצה שעלתה חמישה שקלים – ומי משלם את ההפרש?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עתיד ובחירות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שעות חובה – או שעות של לב?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טכנולוגיה 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לעצמי – לפתוח בעוד עשר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חברה ומעורבות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עם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הטקסט ואת המילון המצורף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מסלול קריאה מתאים (רגיל, חנ"מ או עולים)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להדפיס דף תרגול על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טקסט מתוך הרשימה לפי סוג או 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על שאלות ההבנה בשלוש הרמות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טקסטים מהמאגר מנושאים שונים, וכתבו במה הם דומים ובמה הם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של טקסט אחד מהמאגר שהייתם רוצים לקרוא, ונמקו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סוגי טקסטים שמופיעים במאגר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נושא הייתם בוחרים לקרוא טקסט היום,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טור דעה לטקסט מידעי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טקסטים לכיתה ט׳ – הבנת הנקרא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