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ט׳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טקסטים לכיתה ט׳ – הבנת הנקרא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הטקסטים והנושאים שבמאגר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שיוך של כותרת לנושא ולסוג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להתמצא בדרך העבודה עם המאגר (מסלולים, שלבים, הדפסה)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טקסט ונושא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סביבה וצרכנות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טקסט מידעי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בעמוד הראשי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שאלות בשלוש רמות 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נפש ורגש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כותרת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(טכנולוגיה ורשת)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(סביבה וצרכנות)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(עתיד ובחירות)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העבודה עם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מסלול קריאה מתאים (רגיל, חנ"מ או 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לקרוא את הטקסט ואת המילון המצורף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להדפיס דף תרגול על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ציון שם טקסט קיים מהרשימה ונימוק קצר הקשור לנושא או לסוג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סוגים מתוך הרשימה (כתבה, טור דעה, סיפור קצר, ראיון, טקסט מידעי, מדעי, עיוני)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נושא קיים מהרשימה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טור דעה מביע עמדה אישית, טקסט מידעי מוסר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שלושים הטקסטים מול התלמידים בזמן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טקסט לפי תחום עניין אישי בחלק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מסלול חנ"מ מומלץ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ט׳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טקסטים לכיתה ט׳ – הבנת הנקרא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במאגר יש שלושים טקסטים מסוגים שונים, מחולקים לנושאים שמעסיקים בני נוער. לכל טקסט יש הקראה, מילון, שאלות ודף תרגול.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נפש ורגש  ·  עולים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 טקסט ונושא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סוג טקסט הוא "המדרגות של הקומה השלישית"?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נושא עוסק הטקסט "כדור הארץ מתחמם – ומה אנחנו יכולים לעשות?"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טכנולוגיה 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סביבה וצרכנות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זהות ותרבות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"בלשי האמת: איך מזהים ידיעת כזב?" הוא טקסט מסוג...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במאגר יש שלושה מסלולי קריאה: רגיל, חנ"מ ועולים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טקסט במאגר יש רק שאלה אחת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הטקסט "הכינור בארון" שייך לנושא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המסלול המיועד לתלמידים עולים חדשים נקרא מסלול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כותרת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איפה נגמר החופש להגיד הכול?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עתיד ובחירות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החולצה שעלתה חמישה שקלים – ומי משלם את ההפרש?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טכנולוגיה ורשת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מכתב לעצמי – לפתוח בעוד עשר שנים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סביבה וצרכנות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העבודה עם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להדפיס דף תרגול על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מסלול קריאה מתאים (רגיל, חנ"מ או עולים)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הטקסט ואת המילון המצורף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שם של טקסט אחד מהמאגר שהייתם רוצים לקרוא, ונמקו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סוגי טקסטים שמופיעים במאגר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נושא הייתם בוחרים לקרוא טקסט היום,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מאגר טקסטים לכיתה ט׳ – הבנת הנקרא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